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drawing>
          <wp:inline xmlns:a="http://schemas.openxmlformats.org/drawingml/2006/main" xmlns:pic="http://schemas.openxmlformats.org/drawingml/2006/picture">
            <wp:extent cx="1828800" cy="1828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ntitled desig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</w:pPr>
      <w:r>
        <w:rPr>
          <w:rFonts w:ascii="Garamond" w:hAnsi="Garamond"/>
          <w:i/>
          <w:color w:val="C89720"/>
          <w:sz w:val="17"/>
        </w:rPr>
        <w:t>Presented by Guru Legal</w:t>
      </w:r>
    </w:p>
    <w:p>
      <w:pPr>
        <w:spacing w:before="0" w:after="80"/>
        <w:jc w:val="center"/>
      </w:pPr>
      <w:r>
        <w:rPr>
          <w:rFonts w:ascii="Garamond" w:hAnsi="Garamond"/>
          <w:b/>
          <w:color w:val="1A1A1A"/>
          <w:sz w:val="30"/>
        </w:rPr>
        <w:t>Cover Letter Templates — Legal Internship Applications</w:t>
      </w:r>
    </w:p>
    <w:p>
      <w:pPr>
        <w:spacing w:before="0" w:after="80"/>
        <w:jc w:val="center"/>
      </w:pPr>
      <w:r>
        <w:rPr>
          <w:rFonts w:ascii="Garamond" w:hAnsi="Garamond"/>
          <w:i/>
          <w:color w:val="888888"/>
          <w:sz w:val="20"/>
        </w:rPr>
        <w:t>Two Variations | ATS-Friendly | Editable Placeholders</w:t>
      </w:r>
    </w:p>
    <w:p>
      <w:pPr>
        <w:spacing w:before="40" w:after="120"/>
        <w:pBdr>
          <w:bottom w:val="single" w:sz="6" w:space="1" w:color="1A1A1A"/>
        </w:pBdr>
      </w:pPr>
    </w:p>
    <w:p>
      <w:pPr>
        <w:spacing w:before="120" w:after="200"/>
        <w:jc w:val="left"/>
      </w:pPr>
      <w:r>
        <w:rPr>
          <w:rFonts w:ascii="Garamond" w:hAnsi="Garamond"/>
          <w:b/>
          <w:color w:val="C89720"/>
          <w:sz w:val="20"/>
        </w:rPr>
        <w:t xml:space="preserve">How to Use: </w:t>
      </w:r>
      <w:r>
        <w:rPr>
          <w:rFonts w:ascii="Garamond" w:hAnsi="Garamond"/>
          <w:color w:val="444444"/>
          <w:sz w:val="20"/>
        </w:rPr>
        <w:t>Replace all text in [square brackets] with your own details. Keep the letter to one page. Personalise the firm-specific paragraph with knowledge of their practice areas. Proofread for grammar and tone before sending.</w:t>
      </w:r>
    </w:p>
    <w:p>
      <w:pPr>
        <w:spacing w:before="280" w:after="80"/>
      </w:pPr>
      <w:r>
        <w:rPr>
          <w:rFonts w:ascii="Garamond" w:hAnsi="Garamond"/>
          <w:b/>
          <w:color w:val="C89720"/>
          <w:sz w:val="26"/>
        </w:rPr>
        <w:t>Variation 1: Law Firm Internship Cover Letter</w:t>
      </w:r>
    </w:p>
    <w:p>
      <w:pPr>
        <w:spacing w:before="40" w:after="120"/>
        <w:pBdr>
          <w:bottom w:val="single" w:sz="6" w:space="1" w:color="C89720"/>
        </w:pBdr>
      </w:pPr>
    </w:p>
    <w:p>
      <w:pPr>
        <w:spacing w:before="160" w:after="40"/>
      </w:pPr>
      <w:r>
        <w:rPr>
          <w:rFonts w:ascii="Garamond" w:hAnsi="Garamond"/>
          <w:b/>
          <w:color w:val="C89720"/>
          <w:sz w:val="20"/>
        </w:rPr>
        <w:t>Your Header (Top of Letter)</w:t>
      </w:r>
    </w:p>
    <w:p>
      <w:pPr>
        <w:spacing w:before="20" w:after="80"/>
      </w:pPr>
      <w:r>
        <w:rPr>
          <w:rFonts w:ascii="Garamond" w:hAnsi="Garamond"/>
          <w:i/>
          <w:color w:val="888888"/>
          <w:sz w:val="21"/>
        </w:rPr>
        <w:t>[Your Full Name]</w:t>
        <w:br/>
        <w:t>[Address Line 1, City, State – PIN]</w:t>
        <w:br/>
        <w:t>[Phone Number] | [Email Address] | [LinkedIn URL]</w:t>
        <w:br/>
        <w:t>[Date]</w:t>
      </w:r>
    </w:p>
    <w:p>
      <w:pPr>
        <w:spacing w:before="160" w:after="40"/>
      </w:pPr>
      <w:r>
        <w:rPr>
          <w:rFonts w:ascii="Garamond" w:hAnsi="Garamond"/>
          <w:b/>
          <w:color w:val="C89720"/>
          <w:sz w:val="20"/>
        </w:rPr>
        <w:t>Recipient Details</w:t>
      </w:r>
    </w:p>
    <w:p>
      <w:pPr>
        <w:spacing w:before="20" w:after="80"/>
      </w:pPr>
      <w:r>
        <w:rPr>
          <w:rFonts w:ascii="Garamond" w:hAnsi="Garamond"/>
          <w:i/>
          <w:color w:val="888888"/>
          <w:sz w:val="21"/>
        </w:rPr>
        <w:t>The Hiring Manager / Human Resources Department</w:t>
        <w:br/>
        <w:t>[Law Firm Name]</w:t>
        <w:br/>
        <w:t>[Firm Address, City, State – PIN]</w:t>
      </w:r>
    </w:p>
    <w:p>
      <w:pPr>
        <w:spacing w:before="160" w:after="40"/>
      </w:pPr>
      <w:r>
        <w:rPr>
          <w:rFonts w:ascii="Garamond" w:hAnsi="Garamond"/>
          <w:b/>
          <w:color w:val="C89720"/>
          <w:sz w:val="20"/>
        </w:rPr>
        <w:t>Subject Line</w:t>
      </w:r>
    </w:p>
    <w:p>
      <w:pPr>
        <w:spacing w:before="40" w:after="120"/>
        <w:jc w:val="both"/>
      </w:pPr>
      <w:r>
        <w:rPr>
          <w:rFonts w:ascii="Garamond" w:hAnsi="Garamond"/>
          <w:i/>
          <w:color w:val="444444"/>
          <w:sz w:val="22"/>
        </w:rPr>
        <w:t>Re: Application for Legal Internship | [Practice Area, e.g., Corporate/M&amp;A] | [Month &amp; Year]</w:t>
      </w:r>
    </w:p>
    <w:p>
      <w:pPr>
        <w:spacing w:before="160" w:after="40"/>
      </w:pPr>
      <w:r>
        <w:rPr>
          <w:rFonts w:ascii="Garamond" w:hAnsi="Garamond"/>
          <w:b/>
          <w:color w:val="C89720"/>
          <w:sz w:val="20"/>
        </w:rPr>
        <w:t>Paragraph 1 — Introduction</w:t>
      </w:r>
    </w:p>
    <w:p>
      <w:pPr>
        <w:spacing w:before="40" w:after="120"/>
        <w:jc w:val="both"/>
      </w:pPr>
      <w:r>
        <w:rPr>
          <w:rFonts w:ascii="Garamond" w:hAnsi="Garamond"/>
          <w:i w:val="0"/>
          <w:color w:val="444444"/>
          <w:sz w:val="22"/>
        </w:rPr>
        <w:t>I am a [Year, e.g., third-year] student at [Law School Name], pursuing B.A. LL.B. (Hons.), and I write to apply for a legal internship at [Firm Name] in your [Practice Area] practice group. [Firm Name]'s work on [specific deal/case/landmark matter] drew my attention to the firm's commitment to [quality/innovation/client-centric approach], and I am eager to contribute meaningfully to your team during [proposed period].</w:t>
      </w:r>
    </w:p>
    <w:p>
      <w:pPr>
        <w:spacing w:before="160" w:after="40"/>
      </w:pPr>
      <w:r>
        <w:rPr>
          <w:rFonts w:ascii="Garamond" w:hAnsi="Garamond"/>
          <w:b/>
          <w:color w:val="C89720"/>
          <w:sz w:val="20"/>
        </w:rPr>
        <w:t>Paragraph 2 — Academic Background</w:t>
      </w:r>
    </w:p>
    <w:p>
      <w:pPr>
        <w:spacing w:before="40" w:after="120"/>
        <w:jc w:val="both"/>
      </w:pPr>
      <w:r>
        <w:rPr>
          <w:rFonts w:ascii="Garamond" w:hAnsi="Garamond"/>
          <w:i w:val="0"/>
          <w:color w:val="444444"/>
          <w:sz w:val="22"/>
        </w:rPr>
        <w:t>I maintain a CGPA of [X.X/10], ranking among the top [X]% of my batch. My coursework in Corporate Law, Securities Regulation, and Mergers &amp; Acquisitions has provided me with a rigorous foundation in [relevant area]. I have also completed a course on [Relevant Certification/Workshop, if any], which has sharpened my understanding of [specific skill]. My academic background equips me to engage substantively with complex legal questions from day one.</w:t>
      </w:r>
    </w:p>
    <w:p>
      <w:pPr>
        <w:spacing w:before="160" w:after="40"/>
      </w:pPr>
      <w:r>
        <w:rPr>
          <w:rFonts w:ascii="Garamond" w:hAnsi="Garamond"/>
          <w:b/>
          <w:color w:val="C89720"/>
          <w:sz w:val="20"/>
        </w:rPr>
        <w:t>Paragraph 3 — Practical Experience</w:t>
      </w:r>
    </w:p>
    <w:p>
      <w:pPr>
        <w:spacing w:before="40" w:after="120"/>
        <w:jc w:val="both"/>
      </w:pPr>
      <w:r>
        <w:rPr>
          <w:rFonts w:ascii="Garamond" w:hAnsi="Garamond"/>
          <w:i w:val="0"/>
          <w:color w:val="444444"/>
          <w:sz w:val="22"/>
        </w:rPr>
        <w:t>During my internship at [Previous Firm/Chamber], I drafted [pleadings/contracts/research notes] and assisted in [specific task, e.g., due diligence for a cross-border acquisition valued at INR X crore]. I also researched [specific legal issue] and prepared a brief that was incorporated into a client advisory. These experiences have honed my drafting precision, research acumen, and ability to work under tight deadlines — skills I intend to bring to [Firm Name].</w:t>
      </w:r>
    </w:p>
    <w:p>
      <w:pPr>
        <w:spacing w:before="160" w:after="40"/>
      </w:pPr>
      <w:r>
        <w:rPr>
          <w:rFonts w:ascii="Garamond" w:hAnsi="Garamond"/>
          <w:b/>
          <w:color w:val="C89720"/>
          <w:sz w:val="20"/>
        </w:rPr>
        <w:t>Paragraph 4 — Closing</w:t>
      </w:r>
    </w:p>
    <w:p>
      <w:pPr>
        <w:spacing w:before="40" w:after="120"/>
        <w:jc w:val="both"/>
      </w:pPr>
      <w:r>
        <w:rPr>
          <w:rFonts w:ascii="Garamond" w:hAnsi="Garamond"/>
          <w:i w:val="0"/>
          <w:color w:val="444444"/>
          <w:sz w:val="22"/>
        </w:rPr>
        <w:t>I am available for internship from [Start Date] to [End Date] and am flexible regarding the duration. I have attached my CV and a writing sample for your review. I would welcome the opportunity to discuss how my background aligns with your team's needs. Thank you for your time and consideration.</w:t>
      </w:r>
    </w:p>
    <w:p>
      <w:pPr>
        <w:spacing w:before="40" w:after="120"/>
        <w:jc w:val="both"/>
      </w:pPr>
      <w:r>
        <w:rPr>
          <w:rFonts w:ascii="Garamond" w:hAnsi="Garamond"/>
          <w:i/>
          <w:color w:val="444444"/>
          <w:sz w:val="22"/>
        </w:rPr>
        <w:t>Sincerely,</w:t>
        <w:br/>
        <w:t>[Your Full Name]</w:t>
        <w:br/>
        <w:t>[Signature, if physical copy]</w:t>
      </w:r>
    </w:p>
    <w:p>
      <w:r>
        <w:br w:type="page"/>
      </w:r>
    </w:p>
    <w:p>
      <w:pPr>
        <w:spacing w:before="0" w:after="40"/>
        <w:jc w:val="center"/>
      </w:pPr>
      <w:r>
        <w:drawing>
          <wp:inline xmlns:a="http://schemas.openxmlformats.org/drawingml/2006/main" xmlns:pic="http://schemas.openxmlformats.org/drawingml/2006/picture">
            <wp:extent cx="1828800" cy="18288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ntitled desig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</w:pPr>
      <w:r>
        <w:rPr>
          <w:rFonts w:ascii="Garamond" w:hAnsi="Garamond"/>
          <w:i/>
          <w:color w:val="C89720"/>
          <w:sz w:val="17"/>
        </w:rPr>
        <w:t>Presented by Guru Legal</w:t>
      </w:r>
    </w:p>
    <w:p>
      <w:pPr>
        <w:spacing w:before="280" w:after="80"/>
      </w:pPr>
      <w:r>
        <w:rPr>
          <w:rFonts w:ascii="Garamond" w:hAnsi="Garamond"/>
          <w:b/>
          <w:color w:val="C89720"/>
          <w:sz w:val="26"/>
        </w:rPr>
        <w:t>Variation 2: Litigation Chamber Internship Cover Letter</w:t>
      </w:r>
    </w:p>
    <w:p>
      <w:pPr>
        <w:spacing w:before="40" w:after="120"/>
        <w:pBdr>
          <w:bottom w:val="single" w:sz="6" w:space="1" w:color="C89720"/>
        </w:pBdr>
      </w:pPr>
    </w:p>
    <w:p>
      <w:pPr>
        <w:spacing w:before="160" w:after="40"/>
      </w:pPr>
      <w:r>
        <w:rPr>
          <w:rFonts w:ascii="Garamond" w:hAnsi="Garamond"/>
          <w:b/>
          <w:color w:val="C89720"/>
          <w:sz w:val="20"/>
        </w:rPr>
        <w:t>Your Header (Top of Letter)</w:t>
      </w:r>
    </w:p>
    <w:p>
      <w:pPr>
        <w:spacing w:before="20" w:after="80"/>
      </w:pPr>
      <w:r>
        <w:rPr>
          <w:rFonts w:ascii="Garamond" w:hAnsi="Garamond"/>
          <w:i/>
          <w:color w:val="888888"/>
          <w:sz w:val="21"/>
        </w:rPr>
        <w:t>[Your Full Name]</w:t>
        <w:br/>
        <w:t>[Address Line 1, City, State – PIN]</w:t>
        <w:br/>
        <w:t>[Phone Number] | [Email Address] | [LinkedIn URL]</w:t>
        <w:br/>
        <w:t>[Date]</w:t>
      </w:r>
    </w:p>
    <w:p>
      <w:pPr>
        <w:spacing w:before="160" w:after="40"/>
      </w:pPr>
      <w:r>
        <w:rPr>
          <w:rFonts w:ascii="Garamond" w:hAnsi="Garamond"/>
          <w:b/>
          <w:color w:val="C89720"/>
          <w:sz w:val="20"/>
        </w:rPr>
        <w:t>Recipient Details</w:t>
      </w:r>
    </w:p>
    <w:p>
      <w:pPr>
        <w:spacing w:before="20" w:after="80"/>
      </w:pPr>
      <w:r>
        <w:rPr>
          <w:rFonts w:ascii="Garamond" w:hAnsi="Garamond"/>
          <w:i/>
          <w:color w:val="888888"/>
          <w:sz w:val="21"/>
        </w:rPr>
        <w:t>Mr./Ms. [Advocate's Full Name]</w:t>
        <w:br/>
        <w:t>Advocate, [Court Name, e.g., High Court of Delhi]</w:t>
        <w:br/>
        <w:t>[Chamber Address, City]</w:t>
      </w:r>
    </w:p>
    <w:p>
      <w:pPr>
        <w:spacing w:before="160" w:after="40"/>
      </w:pPr>
      <w:r>
        <w:rPr>
          <w:rFonts w:ascii="Garamond" w:hAnsi="Garamond"/>
          <w:b/>
          <w:color w:val="C89720"/>
          <w:sz w:val="20"/>
        </w:rPr>
        <w:t>Subject Line</w:t>
      </w:r>
    </w:p>
    <w:p>
      <w:pPr>
        <w:spacing w:before="40" w:after="120"/>
        <w:jc w:val="both"/>
      </w:pPr>
      <w:r>
        <w:rPr>
          <w:rFonts w:ascii="Garamond" w:hAnsi="Garamond"/>
          <w:i/>
          <w:color w:val="444444"/>
          <w:sz w:val="22"/>
        </w:rPr>
        <w:t>Re: Application for Internship at [Advocate Name]'s Chamber | [Month &amp; Year]</w:t>
      </w:r>
    </w:p>
    <w:p>
      <w:pPr>
        <w:spacing w:before="160" w:after="40"/>
      </w:pPr>
      <w:r>
        <w:rPr>
          <w:rFonts w:ascii="Garamond" w:hAnsi="Garamond"/>
          <w:b/>
          <w:color w:val="C89720"/>
          <w:sz w:val="20"/>
        </w:rPr>
        <w:t>Paragraph 1 — Introduction</w:t>
      </w:r>
    </w:p>
    <w:p>
      <w:pPr>
        <w:spacing w:before="40" w:after="120"/>
        <w:jc w:val="both"/>
      </w:pPr>
      <w:r>
        <w:rPr>
          <w:rFonts w:ascii="Garamond" w:hAnsi="Garamond"/>
          <w:i w:val="0"/>
          <w:color w:val="444444"/>
          <w:sz w:val="22"/>
        </w:rPr>
        <w:t>I am a [Year]-year student at [Law School Name], pursuing B.A. LL.B. (Hons.), with a particular interest in [Constitutional Law/Criminal Litigation/Civil Litigation/Arbitration]. I write to apply for an internship at your chamber, having followed your work on [landmark case/legal issue] with great interest. An opportunity to work under your guidance would be invaluable to my development as a litigator.</w:t>
      </w:r>
    </w:p>
    <w:p>
      <w:pPr>
        <w:spacing w:before="160" w:after="40"/>
      </w:pPr>
      <w:r>
        <w:rPr>
          <w:rFonts w:ascii="Garamond" w:hAnsi="Garamond"/>
          <w:b/>
          <w:color w:val="C89720"/>
          <w:sz w:val="20"/>
        </w:rPr>
        <w:t>Paragraph 2 — Academic Background</w:t>
      </w:r>
    </w:p>
    <w:p>
      <w:pPr>
        <w:spacing w:before="40" w:after="120"/>
        <w:jc w:val="both"/>
      </w:pPr>
      <w:r>
        <w:rPr>
          <w:rFonts w:ascii="Garamond" w:hAnsi="Garamond"/>
          <w:i w:val="0"/>
          <w:color w:val="444444"/>
          <w:sz w:val="22"/>
        </w:rPr>
        <w:t>My academic focus on procedural laws — including the Code of Civil Procedure, 1908, and the Code of Criminal Procedure, 1973 — has given me a strong grasp of court processes. I secured [X/10] in Constitutional Law and [X/10] in Evidence Law, courses most directly relevant to litigation practice. I have also participated in [X] moot court competitions, which have strengthened my oral advocacy and argument structuring skills.</w:t>
      </w:r>
    </w:p>
    <w:p>
      <w:pPr>
        <w:spacing w:before="160" w:after="40"/>
      </w:pPr>
      <w:r>
        <w:rPr>
          <w:rFonts w:ascii="Garamond" w:hAnsi="Garamond"/>
          <w:b/>
          <w:color w:val="C89720"/>
          <w:sz w:val="20"/>
        </w:rPr>
        <w:t>Paragraph 3 — Practical Experience</w:t>
      </w:r>
    </w:p>
    <w:p>
      <w:pPr>
        <w:spacing w:before="40" w:after="120"/>
        <w:jc w:val="both"/>
      </w:pPr>
      <w:r>
        <w:rPr>
          <w:rFonts w:ascii="Garamond" w:hAnsi="Garamond"/>
          <w:i w:val="0"/>
          <w:color w:val="444444"/>
          <w:sz w:val="22"/>
        </w:rPr>
        <w:t>I interned with [Advocate/Firm Name] in [City] for [X] weeks, during which I assisted in drafting [X] plaints, written statements, and bail applications for matters before the [Court Name]. I attended [X] court proceedings daily and maintained a case diary, tracking hearing dates, judicial observations, and next steps. I am proficient in researching judgments on SCC Online and Manupatra, and I am familiar with e-filing procedures before the [relevant court].</w:t>
      </w:r>
    </w:p>
    <w:p>
      <w:pPr>
        <w:spacing w:before="160" w:after="40"/>
      </w:pPr>
      <w:r>
        <w:rPr>
          <w:rFonts w:ascii="Garamond" w:hAnsi="Garamond"/>
          <w:b/>
          <w:color w:val="C89720"/>
          <w:sz w:val="20"/>
        </w:rPr>
        <w:t>Paragraph 4 — Closing</w:t>
      </w:r>
    </w:p>
    <w:p>
      <w:pPr>
        <w:spacing w:before="40" w:after="120"/>
        <w:jc w:val="both"/>
      </w:pPr>
      <w:r>
        <w:rPr>
          <w:rFonts w:ascii="Garamond" w:hAnsi="Garamond"/>
          <w:i w:val="0"/>
          <w:color w:val="444444"/>
          <w:sz w:val="22"/>
        </w:rPr>
        <w:t>I am enthusiastic about hands-on court exposure and am available from [Start Date] to [End Date]. I am punctual, detail-oriented, and prepared to undertake tasks with minimal supervision. My CV is enclosed for your reference. I would be honoured to have the opportunity to work with you and learn from your practice.</w:t>
      </w:r>
    </w:p>
    <w:p>
      <w:pPr>
        <w:spacing w:before="40" w:after="120"/>
        <w:jc w:val="both"/>
      </w:pPr>
      <w:r>
        <w:rPr>
          <w:rFonts w:ascii="Garamond" w:hAnsi="Garamond"/>
          <w:i/>
          <w:color w:val="444444"/>
          <w:sz w:val="22"/>
        </w:rPr>
        <w:t>Respectfully,</w:t>
        <w:br/>
        <w:t>[Your Full Name]</w:t>
        <w:br/>
        <w:t>[Signature, if physical copy]</w:t>
      </w:r>
    </w:p>
    <w:sectPr w:rsidR="00FC693F" w:rsidRPr="0006063C" w:rsidSect="00034616">
      <w:pgSz w:w="12240" w:h="15840"/>
      <w:pgMar w:top="1296" w:right="1584" w:bottom="1296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