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1828800" cy="1828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</w:pPr>
      <w:r>
        <w:rPr>
          <w:rFonts w:ascii="Garamond" w:hAnsi="Garamond"/>
          <w:i/>
          <w:color w:val="C89720"/>
          <w:sz w:val="17"/>
        </w:rPr>
        <w:t>Presented by Guru Legal</w:t>
      </w:r>
    </w:p>
    <w:p>
      <w:pPr>
        <w:spacing w:before="0" w:after="80"/>
        <w:jc w:val="center"/>
      </w:pPr>
      <w:r>
        <w:rPr>
          <w:rFonts w:ascii="Garamond" w:hAnsi="Garamond"/>
          <w:b/>
          <w:color w:val="1A1A1A"/>
          <w:sz w:val="30"/>
        </w:rPr>
        <w:t>Cold Email &amp; Application Email Templates</w:t>
      </w:r>
    </w:p>
    <w:p>
      <w:pPr>
        <w:spacing w:before="0" w:after="80"/>
        <w:jc w:val="center"/>
      </w:pPr>
      <w:r>
        <w:rPr>
          <w:rFonts w:ascii="Garamond" w:hAnsi="Garamond"/>
          <w:i/>
          <w:color w:val="888888"/>
          <w:sz w:val="20"/>
        </w:rPr>
        <w:t>3 High-Conversion Templates for Legal Internship Applications</w:t>
      </w:r>
    </w:p>
    <w:p>
      <w:pPr>
        <w:spacing w:before="0" w:after="120"/>
        <w:pBdr>
          <w:bottom w:val="single" w:sz="6" w:space="1" w:color="1A1A1A"/>
        </w:pBdr>
      </w:pPr>
    </w:p>
    <w:p>
      <w:pPr>
        <w:spacing w:before="120" w:after="200"/>
      </w:pPr>
      <w:r>
        <w:rPr>
          <w:rFonts w:ascii="Garamond" w:hAnsi="Garamond"/>
          <w:b/>
          <w:color w:val="C89720"/>
          <w:sz w:val="20"/>
        </w:rPr>
        <w:t xml:space="preserve">Instructions: </w:t>
      </w:r>
      <w:r>
        <w:rPr>
          <w:rFonts w:ascii="Garamond" w:hAnsi="Garamond"/>
          <w:color w:val="444444"/>
          <w:sz w:val="20"/>
        </w:rPr>
        <w:t>Replace all [bracketed placeholders] before sending. Keep each email under 150 words. Always attach your CV in PDF format. Send from a professional email address (firstname.lastname@domain.com).</w:t>
      </w:r>
    </w:p>
    <w:p>
      <w:pPr>
        <w:spacing w:before="280" w:after="40"/>
      </w:pPr>
      <w:r>
        <w:rPr>
          <w:rFonts w:ascii="Garamond" w:hAnsi="Garamond"/>
          <w:b/>
          <w:color w:val="C89720"/>
          <w:sz w:val="26"/>
        </w:rPr>
        <w:t xml:space="preserve">EMAIL 01  </w:t>
      </w:r>
      <w:r>
        <w:rPr>
          <w:rFonts w:ascii="Garamond" w:hAnsi="Garamond"/>
          <w:b/>
          <w:color w:val="1A1A1A"/>
          <w:sz w:val="26"/>
        </w:rPr>
        <w:t>— COLD EMAIL TO LAW FIRM HR</w:t>
      </w:r>
    </w:p>
    <w:p>
      <w:pPr>
        <w:spacing w:before="0" w:after="80"/>
      </w:pPr>
      <w:r>
        <w:rPr>
          <w:rFonts w:ascii="Garamond" w:hAnsi="Garamond"/>
          <w:i/>
          <w:color w:val="888888"/>
          <w:sz w:val="20"/>
        </w:rPr>
        <w:t>Use when reaching out to a firm you have not been referred to.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60" w:after="40"/>
      </w:pPr>
      <w:r>
        <w:rPr>
          <w:rFonts w:ascii="Garamond" w:hAnsi="Garamond"/>
          <w:b/>
          <w:color w:val="C89720"/>
          <w:sz w:val="21"/>
        </w:rPr>
        <w:t xml:space="preserve">To:  </w:t>
      </w:r>
      <w:r>
        <w:rPr>
          <w:rFonts w:ascii="Garamond" w:hAnsi="Garamond"/>
          <w:color w:val="444444"/>
          <w:sz w:val="21"/>
        </w:rPr>
        <w:t>[hr@firmname.com / careers@firmname.com]</w:t>
      </w:r>
    </w:p>
    <w:p>
      <w:pPr>
        <w:spacing w:before="60" w:after="40"/>
      </w:pPr>
      <w:r>
        <w:rPr>
          <w:rFonts w:ascii="Garamond" w:hAnsi="Garamond"/>
          <w:b/>
          <w:color w:val="C89720"/>
          <w:sz w:val="21"/>
        </w:rPr>
        <w:t xml:space="preserve">Subject:  </w:t>
      </w:r>
      <w:r>
        <w:rPr>
          <w:rFonts w:ascii="Garamond" w:hAnsi="Garamond"/>
          <w:b/>
          <w:color w:val="1A1A1A"/>
          <w:sz w:val="21"/>
        </w:rPr>
        <w:t>Internship Application — [Your Name] | [Law School] | [Month–Month Year]</w:t>
      </w:r>
    </w:p>
    <w:p>
      <w:pPr>
        <w:spacing w:before="160" w:after="80"/>
      </w:pPr>
      <w:r>
        <w:rPr>
          <w:rFonts w:ascii="Garamond" w:hAnsi="Garamond"/>
          <w:b/>
          <w:color w:val="C89720"/>
          <w:sz w:val="20"/>
        </w:rPr>
        <w:t>Email Body: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Dear HR Team,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am [Your Name], a [Year]-year student at [Law School Name] pursuing B.A. LL.B. (Hons.). I am writing to apply for a legal internship at [Firm Name] in your [Practice Area, e.g., Corporate/Litigation] practice for [Month–Month, Year].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have a strong foundation in [relevant area, e.g., contract drafting and corporate research], and I interned at [Previous Firm/Chamber] where I [briefly describe a key task, e.g., drafted pleadings before the Delhi High Court]. I am confident I can contribute meaningfully from day one.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have attached my CV and a writing sample for your review. I would be grateful for the opportunity to speak with your team.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Warm regards,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[Your Full Name]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[Phone] | [Email] | [LinkedIn]</w:t>
      </w:r>
    </w:p>
    <w:p>
      <w:pPr>
        <w:spacing w:before="160" w:after="240"/>
      </w:pPr>
      <w:r>
        <w:rPr>
          <w:rFonts w:ascii="Garamond" w:hAnsi="Garamond"/>
          <w:b/>
          <w:color w:val="C89720"/>
          <w:sz w:val="20"/>
        </w:rPr>
        <w:t xml:space="preserve">Pro Tip:  </w:t>
      </w:r>
      <w:r>
        <w:rPr>
          <w:rFonts w:ascii="Garamond" w:hAnsi="Garamond"/>
          <w:i/>
          <w:color w:val="888888"/>
          <w:sz w:val="20"/>
        </w:rPr>
        <w:t>Research the firm before writing. Reference a recent case, deal, or practice development to show genuine interest. Generic emails are easy to spot.</w:t>
      </w:r>
    </w:p>
    <w:p>
      <w:pPr>
        <w:spacing w:before="280" w:after="40"/>
      </w:pPr>
      <w:r>
        <w:rPr>
          <w:rFonts w:ascii="Garamond" w:hAnsi="Garamond"/>
          <w:b/>
          <w:color w:val="C89720"/>
          <w:sz w:val="26"/>
        </w:rPr>
        <w:t xml:space="preserve">EMAIL 02  </w:t>
      </w:r>
      <w:r>
        <w:rPr>
          <w:rFonts w:ascii="Garamond" w:hAnsi="Garamond"/>
          <w:b/>
          <w:color w:val="1A1A1A"/>
          <w:sz w:val="26"/>
        </w:rPr>
        <w:t>— DIRECT EMAIL TO PARTNER / ADVOCATE</w:t>
      </w:r>
    </w:p>
    <w:p>
      <w:pPr>
        <w:spacing w:before="0" w:after="80"/>
      </w:pPr>
      <w:r>
        <w:rPr>
          <w:rFonts w:ascii="Garamond" w:hAnsi="Garamond"/>
          <w:i/>
          <w:color w:val="888888"/>
          <w:sz w:val="20"/>
        </w:rPr>
        <w:t>Use when writing to a specific partner, senior associate, or advocate you want to work with.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60" w:after="40"/>
      </w:pPr>
      <w:r>
        <w:rPr>
          <w:rFonts w:ascii="Garamond" w:hAnsi="Garamond"/>
          <w:b/>
          <w:color w:val="C89720"/>
          <w:sz w:val="21"/>
        </w:rPr>
        <w:t xml:space="preserve">To:  </w:t>
      </w:r>
      <w:r>
        <w:rPr>
          <w:rFonts w:ascii="Garamond" w:hAnsi="Garamond"/>
          <w:color w:val="444444"/>
          <w:sz w:val="21"/>
        </w:rPr>
        <w:t>[advocate.name@firmname.com / personal email if available]</w:t>
      </w:r>
    </w:p>
    <w:p>
      <w:pPr>
        <w:spacing w:before="60" w:after="40"/>
      </w:pPr>
      <w:r>
        <w:rPr>
          <w:rFonts w:ascii="Garamond" w:hAnsi="Garamond"/>
          <w:b/>
          <w:color w:val="C89720"/>
          <w:sz w:val="21"/>
        </w:rPr>
        <w:t xml:space="preserve">Subject:  </w:t>
      </w:r>
      <w:r>
        <w:rPr>
          <w:rFonts w:ascii="Garamond" w:hAnsi="Garamond"/>
          <w:b/>
          <w:color w:val="1A1A1A"/>
          <w:sz w:val="21"/>
        </w:rPr>
        <w:t>Internship Inquiry — [Your Name] | [Law School] | Interest in [Their Specific Work Area]</w:t>
      </w:r>
    </w:p>
    <w:p>
      <w:pPr>
        <w:spacing w:before="160" w:after="80"/>
      </w:pPr>
      <w:r>
        <w:rPr>
          <w:rFonts w:ascii="Garamond" w:hAnsi="Garamond"/>
          <w:b/>
          <w:color w:val="C89720"/>
          <w:sz w:val="20"/>
        </w:rPr>
        <w:t>Email Body: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Dear Mr./Ms. [Last Name],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am [Your Name], a [Year]-year law student at [Law School Name]. I have been following your work on [specific case/matter/article, e.g., the [Case Name] judgment] and am deeply interested in [their area of practice, e.g., constitutional litigation/arbitration].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am applying for an internship opportunity in your chamber/practice for [proposed period]. I bring [relevant skills, e.g., strong research and drafting skills, moot court experience, and a keen interest in [their area]]. I would be glad to assist with any current research, drafting, or case preparation.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My CV is attached. I would genuinely appreciate 10 minutes of your time to discuss if there is a fit.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Respectfully,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[Your Full Name]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[Phone] | [Email]</w:t>
      </w:r>
    </w:p>
    <w:p>
      <w:pPr>
        <w:spacing w:before="160" w:after="240"/>
      </w:pPr>
      <w:r>
        <w:rPr>
          <w:rFonts w:ascii="Garamond" w:hAnsi="Garamond"/>
          <w:b/>
          <w:color w:val="C89720"/>
          <w:sz w:val="20"/>
        </w:rPr>
        <w:t xml:space="preserve">Pro Tip:  </w:t>
      </w:r>
      <w:r>
        <w:rPr>
          <w:rFonts w:ascii="Garamond" w:hAnsi="Garamond"/>
          <w:i/>
          <w:color w:val="888888"/>
          <w:sz w:val="20"/>
        </w:rPr>
        <w:t>Keep it short and specific. Partners receive many emails — name a specific case or article of theirs in the first sentence to immediately differentiate your email.</w:t>
      </w:r>
    </w:p>
    <w:p>
      <w:pPr>
        <w:spacing w:before="280" w:after="40"/>
      </w:pPr>
      <w:r>
        <w:rPr>
          <w:rFonts w:ascii="Garamond" w:hAnsi="Garamond"/>
          <w:b/>
          <w:color w:val="C89720"/>
          <w:sz w:val="26"/>
        </w:rPr>
        <w:t xml:space="preserve">EMAIL 03  </w:t>
      </w:r>
      <w:r>
        <w:rPr>
          <w:rFonts w:ascii="Garamond" w:hAnsi="Garamond"/>
          <w:b/>
          <w:color w:val="1A1A1A"/>
          <w:sz w:val="26"/>
        </w:rPr>
        <w:t>— FOLLOW-UP EMAIL AFTER NO RESPONSE</w:t>
      </w:r>
    </w:p>
    <w:p>
      <w:pPr>
        <w:spacing w:before="0" w:after="80"/>
      </w:pPr>
      <w:r>
        <w:rPr>
          <w:rFonts w:ascii="Garamond" w:hAnsi="Garamond"/>
          <w:i/>
          <w:color w:val="888888"/>
          <w:sz w:val="20"/>
        </w:rPr>
        <w:t>Send 7–10 days after your initial email if you have received no reply.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60" w:after="40"/>
      </w:pPr>
      <w:r>
        <w:rPr>
          <w:rFonts w:ascii="Garamond" w:hAnsi="Garamond"/>
          <w:b/>
          <w:color w:val="C89720"/>
          <w:sz w:val="21"/>
        </w:rPr>
        <w:t xml:space="preserve">To:  </w:t>
      </w:r>
      <w:r>
        <w:rPr>
          <w:rFonts w:ascii="Garamond" w:hAnsi="Garamond"/>
          <w:color w:val="444444"/>
          <w:sz w:val="21"/>
        </w:rPr>
        <w:t>[Same recipient as original email]</w:t>
      </w:r>
    </w:p>
    <w:p>
      <w:pPr>
        <w:spacing w:before="60" w:after="40"/>
      </w:pPr>
      <w:r>
        <w:rPr>
          <w:rFonts w:ascii="Garamond" w:hAnsi="Garamond"/>
          <w:b/>
          <w:color w:val="C89720"/>
          <w:sz w:val="21"/>
        </w:rPr>
        <w:t xml:space="preserve">Subject:  </w:t>
      </w:r>
      <w:r>
        <w:rPr>
          <w:rFonts w:ascii="Garamond" w:hAnsi="Garamond"/>
          <w:b/>
          <w:color w:val="1A1A1A"/>
          <w:sz w:val="21"/>
        </w:rPr>
        <w:t>Following Up — Internship Application | [Your Name] | [Law School]</w:t>
      </w:r>
    </w:p>
    <w:p>
      <w:pPr>
        <w:spacing w:before="160" w:after="80"/>
      </w:pPr>
      <w:r>
        <w:rPr>
          <w:rFonts w:ascii="Garamond" w:hAnsi="Garamond"/>
          <w:b/>
          <w:color w:val="C89720"/>
          <w:sz w:val="20"/>
        </w:rPr>
        <w:t>Email Body: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Dear Mr./Ms. [Last Name] / HR Team,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hope this message finds you well. I am writing to follow up on my internship application sent on [Date of Original Email]. I remain very interested in the opportunity to intern with [Firm Name / Your Chamber] for [proposed period].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understand you have a busy schedule and would not wish to impose. If there is any additional information or documents you require, I am happy to provide them at your convenience.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I look forward to hearing from you at your earliest availability. Thank you for your time and consideration.</w:t>
      </w:r>
    </w:p>
    <w:p>
      <w:pPr>
        <w:spacing w:before="20" w:after="80"/>
      </w:pP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Warm regards,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[Your Full Name]</w:t>
      </w:r>
    </w:p>
    <w:p>
      <w:pPr>
        <w:spacing w:before="20" w:after="20"/>
      </w:pPr>
      <w:r>
        <w:rPr>
          <w:rFonts w:ascii="Garamond" w:hAnsi="Garamond"/>
          <w:color w:val="444444"/>
          <w:sz w:val="22"/>
        </w:rPr>
        <w:t>[Phone] | [Email]</w:t>
      </w:r>
    </w:p>
    <w:p>
      <w:pPr>
        <w:spacing w:before="160" w:after="240"/>
      </w:pPr>
      <w:r>
        <w:rPr>
          <w:rFonts w:ascii="Garamond" w:hAnsi="Garamond"/>
          <w:b/>
          <w:color w:val="C89720"/>
          <w:sz w:val="20"/>
        </w:rPr>
        <w:t xml:space="preserve">Pro Tip:  </w:t>
      </w:r>
      <w:r>
        <w:rPr>
          <w:rFonts w:ascii="Garamond" w:hAnsi="Garamond"/>
          <w:i/>
          <w:color w:val="888888"/>
          <w:sz w:val="20"/>
        </w:rPr>
        <w:t>Send only one follow-up. If there is still no response after 5 more days, move on. Never send more than two emails to the same person for the same application.</w:t>
      </w:r>
    </w:p>
    <w:sectPr w:rsidR="00FC693F" w:rsidRPr="0006063C" w:rsidSect="00034616">
      <w:pgSz w:w="12240" w:h="15840"/>
      <w:pgMar w:top="1296" w:right="1584" w:bottom="1296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